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8B7F1" w14:textId="77777777" w:rsidR="00303873" w:rsidRPr="00CF2A9C" w:rsidRDefault="00303873" w:rsidP="00303873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bCs/>
          <w:sz w:val="24"/>
          <w:szCs w:val="24"/>
          <w:lang w:val="pt-BR"/>
        </w:rPr>
        <w:t>Forma patvirtinta</w:t>
      </w:r>
    </w:p>
    <w:p w14:paraId="01255E9D" w14:textId="77777777" w:rsidR="00303873" w:rsidRPr="00CF2A9C" w:rsidRDefault="00303873" w:rsidP="00303873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bCs/>
          <w:sz w:val="24"/>
          <w:szCs w:val="24"/>
          <w:lang w:val="pt-BR"/>
        </w:rPr>
        <w:t>Lietuvos kino centro prie Kultūros ministerijos</w:t>
      </w:r>
    </w:p>
    <w:p w14:paraId="11AB5A25" w14:textId="684B852D" w:rsidR="00303873" w:rsidRPr="00CF2A9C" w:rsidRDefault="5A22AF02" w:rsidP="642B36E9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sz w:val="24"/>
          <w:szCs w:val="24"/>
          <w:lang w:val="pt-BR"/>
        </w:rPr>
        <w:t xml:space="preserve">direktoriaus 2026 m. </w:t>
      </w:r>
      <w:r w:rsidR="009C5B02">
        <w:rPr>
          <w:rFonts w:ascii="Times New Roman" w:hAnsi="Times New Roman" w:cs="Times New Roman"/>
          <w:sz w:val="24"/>
          <w:szCs w:val="24"/>
          <w:lang w:val="pt-BR"/>
        </w:rPr>
        <w:t xml:space="preserve">spalio 1 </w:t>
      </w:r>
      <w:r w:rsidRPr="00CF2A9C">
        <w:rPr>
          <w:rFonts w:ascii="Times New Roman" w:hAnsi="Times New Roman" w:cs="Times New Roman"/>
          <w:sz w:val="24"/>
          <w:szCs w:val="24"/>
          <w:lang w:val="pt-BR"/>
        </w:rPr>
        <w:t>d.</w:t>
      </w:r>
    </w:p>
    <w:p w14:paraId="5F67D4EA" w14:textId="4EB9E508" w:rsidR="00303873" w:rsidRPr="00CF2A9C" w:rsidRDefault="5A22AF02" w:rsidP="642B36E9">
      <w:pPr>
        <w:jc w:val="right"/>
        <w:rPr>
          <w:lang w:val="pt-BR"/>
        </w:rPr>
      </w:pPr>
      <w:r w:rsidRPr="00CF2A9C">
        <w:rPr>
          <w:rFonts w:ascii="Times New Roman" w:hAnsi="Times New Roman" w:cs="Times New Roman"/>
          <w:sz w:val="24"/>
          <w:szCs w:val="24"/>
          <w:lang w:val="pt-BR"/>
        </w:rPr>
        <w:t>įsakymu Nr.</w:t>
      </w:r>
      <w:r w:rsidR="009C5B02">
        <w:rPr>
          <w:rFonts w:ascii="Times New Roman" w:hAnsi="Times New Roman" w:cs="Times New Roman"/>
          <w:sz w:val="24"/>
          <w:szCs w:val="24"/>
          <w:lang w:val="pt-BR"/>
        </w:rPr>
        <w:t xml:space="preserve"> V-117</w:t>
      </w:r>
    </w:p>
    <w:p w14:paraId="6D02B2F5" w14:textId="77777777" w:rsidR="00CF2A9C" w:rsidRDefault="00CF2A9C" w:rsidP="00CF2A9C">
      <w:pPr>
        <w:spacing w:after="0"/>
        <w:ind w:left="1440" w:firstLine="720"/>
        <w:jc w:val="both"/>
        <w:rPr>
          <w:szCs w:val="24"/>
          <w:lang w:val="pt-BR" w:eastAsia="lt-LT"/>
        </w:rPr>
      </w:pPr>
    </w:p>
    <w:p w14:paraId="03940F7D" w14:textId="360808CD" w:rsidR="00CF2A9C" w:rsidRPr="009C5B02" w:rsidRDefault="00CF2A9C" w:rsidP="00CF2A9C">
      <w:pPr>
        <w:spacing w:after="0"/>
        <w:ind w:left="2880" w:firstLine="720"/>
        <w:jc w:val="both"/>
        <w:rPr>
          <w:rFonts w:ascii="Times New Roman" w:hAnsi="Times New Roman" w:cs="Times New Roman"/>
          <w:b/>
          <w:bCs/>
          <w:szCs w:val="24"/>
          <w:lang w:val="pt-BR" w:eastAsia="lt-LT"/>
        </w:rPr>
      </w:pPr>
      <w:r w:rsidRPr="009C5B02">
        <w:rPr>
          <w:rFonts w:ascii="Times New Roman" w:hAnsi="Times New Roman" w:cs="Times New Roman"/>
          <w:b/>
          <w:bCs/>
          <w:szCs w:val="24"/>
          <w:lang w:val="pt-BR" w:eastAsia="lt-LT"/>
        </w:rPr>
        <w:t>(Lietuvos metų Vokietijoje kino srities projekto finansin</w:t>
      </w:r>
      <w:r w:rsidR="00931A8B">
        <w:rPr>
          <w:rFonts w:ascii="Times New Roman" w:hAnsi="Times New Roman" w:cs="Times New Roman"/>
          <w:b/>
          <w:bCs/>
          <w:szCs w:val="24"/>
          <w:lang w:val="lt-LT" w:eastAsia="lt-LT"/>
        </w:rPr>
        <w:t>ė</w:t>
      </w:r>
      <w:r w:rsidR="00F936EC">
        <w:rPr>
          <w:rFonts w:ascii="Times New Roman" w:hAnsi="Times New Roman" w:cs="Times New Roman"/>
          <w:b/>
          <w:bCs/>
          <w:szCs w:val="24"/>
          <w:lang w:val="lt-LT" w:eastAsia="lt-LT"/>
        </w:rPr>
        <w:t>s</w:t>
      </w:r>
      <w:r w:rsidRPr="009C5B02">
        <w:rPr>
          <w:rFonts w:ascii="Times New Roman" w:hAnsi="Times New Roman" w:cs="Times New Roman"/>
          <w:b/>
          <w:bCs/>
          <w:szCs w:val="24"/>
          <w:lang w:val="pt-BR" w:eastAsia="lt-LT"/>
        </w:rPr>
        <w:t xml:space="preserve"> ataskaitos forma)</w:t>
      </w:r>
    </w:p>
    <w:p w14:paraId="56B67158" w14:textId="77777777" w:rsidR="00303873" w:rsidRPr="00CF2A9C" w:rsidRDefault="00303873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691B386B" w14:textId="77777777" w:rsidR="00303873" w:rsidRPr="00CF2A9C" w:rsidRDefault="00303873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3323246F" w14:textId="74E01329" w:rsidR="008C09EB" w:rsidRPr="00CF2A9C" w:rsidRDefault="00A21C72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b/>
          <w:sz w:val="24"/>
          <w:szCs w:val="24"/>
          <w:lang w:val="pt-BR"/>
        </w:rPr>
        <w:t xml:space="preserve">LIETUVOS METŲ VOKIETIJOJE </w:t>
      </w:r>
      <w:r w:rsidR="00122ECD" w:rsidRPr="00CF2A9C">
        <w:rPr>
          <w:rFonts w:ascii="Times New Roman" w:hAnsi="Times New Roman" w:cs="Times New Roman"/>
          <w:b/>
          <w:sz w:val="24"/>
          <w:szCs w:val="24"/>
          <w:lang w:val="pt-BR"/>
        </w:rPr>
        <w:t>KINO SRITIES PROJEKTO FINANSINĖ ATASKAITA</w:t>
      </w:r>
    </w:p>
    <w:p w14:paraId="66398E37" w14:textId="77777777" w:rsidR="008C09EB" w:rsidRPr="00CF2A9C" w:rsidRDefault="00122EC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i/>
          <w:sz w:val="24"/>
          <w:szCs w:val="24"/>
          <w:lang w:val="pt-BR"/>
        </w:rPr>
        <w:t>Teikiama pasibaigus Projektui arba kitu finansavimo sutartyje nustatytu terminu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10206"/>
      </w:tblGrid>
      <w:tr w:rsidR="008C09EB" w:rsidRPr="00303873" w14:paraId="42CBB726" w14:textId="77777777" w:rsidTr="200BE2AF">
        <w:trPr>
          <w:jc w:val="center"/>
        </w:trPr>
        <w:tc>
          <w:tcPr>
            <w:tcW w:w="3402" w:type="dxa"/>
            <w:vAlign w:val="center"/>
          </w:tcPr>
          <w:p w14:paraId="4911B04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Projekto vykdytojas</w:t>
            </w:r>
          </w:p>
        </w:tc>
        <w:tc>
          <w:tcPr>
            <w:tcW w:w="10206" w:type="dxa"/>
          </w:tcPr>
          <w:p w14:paraId="46A4FEB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A4AB855" w14:textId="77777777" w:rsidTr="200BE2AF">
        <w:trPr>
          <w:jc w:val="center"/>
        </w:trPr>
        <w:tc>
          <w:tcPr>
            <w:tcW w:w="3402" w:type="dxa"/>
            <w:vAlign w:val="center"/>
          </w:tcPr>
          <w:p w14:paraId="1C3E0765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0206" w:type="dxa"/>
          </w:tcPr>
          <w:p w14:paraId="12AE785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CCDE4D3" w14:textId="77777777" w:rsidTr="200BE2AF">
        <w:trPr>
          <w:jc w:val="center"/>
        </w:trPr>
        <w:tc>
          <w:tcPr>
            <w:tcW w:w="3402" w:type="dxa"/>
            <w:vAlign w:val="center"/>
          </w:tcPr>
          <w:p w14:paraId="2F8E66DA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Sutarties Nr. ir data</w:t>
            </w:r>
          </w:p>
        </w:tc>
        <w:tc>
          <w:tcPr>
            <w:tcW w:w="10206" w:type="dxa"/>
          </w:tcPr>
          <w:p w14:paraId="050C881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4A6242C" w14:textId="77777777" w:rsidTr="200BE2AF">
        <w:trPr>
          <w:jc w:val="center"/>
        </w:trPr>
        <w:tc>
          <w:tcPr>
            <w:tcW w:w="3402" w:type="dxa"/>
            <w:vAlign w:val="center"/>
          </w:tcPr>
          <w:p w14:paraId="11D03FE8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Ataskaitinis laikotarpis</w:t>
            </w:r>
          </w:p>
        </w:tc>
        <w:tc>
          <w:tcPr>
            <w:tcW w:w="10206" w:type="dxa"/>
          </w:tcPr>
          <w:p w14:paraId="7D30652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3A2DCF43" w14:textId="77777777" w:rsidTr="200BE2AF">
        <w:trPr>
          <w:jc w:val="center"/>
        </w:trPr>
        <w:tc>
          <w:tcPr>
            <w:tcW w:w="3402" w:type="dxa"/>
            <w:vAlign w:val="center"/>
          </w:tcPr>
          <w:p w14:paraId="34C68812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Skirtas LKC finansavimas, Eur</w:t>
            </w:r>
          </w:p>
        </w:tc>
        <w:tc>
          <w:tcPr>
            <w:tcW w:w="10206" w:type="dxa"/>
          </w:tcPr>
          <w:p w14:paraId="3F5EFD7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7516CF" w14:textId="77777777" w:rsidR="008C09EB" w:rsidRPr="00303873" w:rsidRDefault="00122EC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303873">
        <w:rPr>
          <w:rFonts w:ascii="Times New Roman" w:hAnsi="Times New Roman" w:cs="Times New Roman"/>
          <w:b/>
          <w:sz w:val="24"/>
          <w:szCs w:val="24"/>
        </w:rPr>
        <w:t>1. FINANSAVIMO PANAUDOJIMO SUVESTINĖ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9"/>
        <w:gridCol w:w="1939"/>
        <w:gridCol w:w="1939"/>
        <w:gridCol w:w="1939"/>
        <w:gridCol w:w="1939"/>
        <w:gridCol w:w="1939"/>
        <w:gridCol w:w="1939"/>
      </w:tblGrid>
      <w:tr w:rsidR="008C09EB" w:rsidRPr="00303873" w14:paraId="62B11541" w14:textId="77777777" w:rsidTr="200BE2AF">
        <w:trPr>
          <w:tblHeader/>
        </w:trPr>
        <w:tc>
          <w:tcPr>
            <w:tcW w:w="1939" w:type="dxa"/>
          </w:tcPr>
          <w:p w14:paraId="48F8B207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Išlaidų kategorija</w:t>
            </w:r>
          </w:p>
        </w:tc>
        <w:tc>
          <w:tcPr>
            <w:tcW w:w="1939" w:type="dxa"/>
          </w:tcPr>
          <w:p w14:paraId="07D2A48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Patvirtinta sąmatoje, Eur</w:t>
            </w:r>
          </w:p>
        </w:tc>
        <w:tc>
          <w:tcPr>
            <w:tcW w:w="1939" w:type="dxa"/>
          </w:tcPr>
          <w:p w14:paraId="36FF0E7C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Faktiškai patirta, Eur</w:t>
            </w:r>
          </w:p>
        </w:tc>
        <w:tc>
          <w:tcPr>
            <w:tcW w:w="1939" w:type="dxa"/>
          </w:tcPr>
          <w:p w14:paraId="71DB8868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Iš LKC lėšų, Eur</w:t>
            </w:r>
          </w:p>
        </w:tc>
        <w:tc>
          <w:tcPr>
            <w:tcW w:w="1939" w:type="dxa"/>
          </w:tcPr>
          <w:p w14:paraId="0E0CE410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Iš kitų šaltinių, Eur</w:t>
            </w:r>
          </w:p>
        </w:tc>
        <w:tc>
          <w:tcPr>
            <w:tcW w:w="1939" w:type="dxa"/>
          </w:tcPr>
          <w:p w14:paraId="1F95EB0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Skirtumas nuo sąmatos, Eur</w:t>
            </w:r>
          </w:p>
        </w:tc>
        <w:tc>
          <w:tcPr>
            <w:tcW w:w="1939" w:type="dxa"/>
          </w:tcPr>
          <w:p w14:paraId="5566C56F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</w:p>
        </w:tc>
      </w:tr>
      <w:tr w:rsidR="008C09EB" w:rsidRPr="00303873" w14:paraId="534A6E01" w14:textId="77777777" w:rsidTr="200BE2AF">
        <w:tc>
          <w:tcPr>
            <w:tcW w:w="1939" w:type="dxa"/>
          </w:tcPr>
          <w:p w14:paraId="3E8947F6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Mobilumo išlaidos</w:t>
            </w:r>
          </w:p>
        </w:tc>
        <w:tc>
          <w:tcPr>
            <w:tcW w:w="1939" w:type="dxa"/>
          </w:tcPr>
          <w:p w14:paraId="339A910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BBB235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546CFD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8A036C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562820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F232B8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CF2A9C" w14:paraId="4C23575E" w14:textId="77777777" w:rsidTr="200BE2AF">
        <w:tc>
          <w:tcPr>
            <w:tcW w:w="1939" w:type="dxa"/>
          </w:tcPr>
          <w:p w14:paraId="696AF587" w14:textId="77777777" w:rsidR="008C09EB" w:rsidRPr="00CF2A9C" w:rsidRDefault="00122EC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F2A9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Filmų rodymo / licencijų / teisių išlaidos</w:t>
            </w:r>
          </w:p>
        </w:tc>
        <w:tc>
          <w:tcPr>
            <w:tcW w:w="1939" w:type="dxa"/>
          </w:tcPr>
          <w:p w14:paraId="475A1BBA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66E686AF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34C9D8CB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3E8EA8D5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01EFB8FE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649891EF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8C09EB" w:rsidRPr="00303873" w14:paraId="479164F9" w14:textId="77777777" w:rsidTr="200BE2AF">
        <w:tc>
          <w:tcPr>
            <w:tcW w:w="1939" w:type="dxa"/>
          </w:tcPr>
          <w:p w14:paraId="02DB7DF4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Subtitravimas, vertimas ir adaptavimas</w:t>
            </w:r>
          </w:p>
        </w:tc>
        <w:tc>
          <w:tcPr>
            <w:tcW w:w="1939" w:type="dxa"/>
          </w:tcPr>
          <w:p w14:paraId="397BB41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9B87D8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5B52E4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2BCA85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A92EFF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20BBE5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DE5677C" w14:textId="77777777" w:rsidTr="200BE2AF">
        <w:tc>
          <w:tcPr>
            <w:tcW w:w="1939" w:type="dxa"/>
          </w:tcPr>
          <w:p w14:paraId="2FDB70CF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Atlygiai</w:t>
            </w:r>
          </w:p>
        </w:tc>
        <w:tc>
          <w:tcPr>
            <w:tcW w:w="1939" w:type="dxa"/>
          </w:tcPr>
          <w:p w14:paraId="1083929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29A5E3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71DAE9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8BF905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810A63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1C501D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7425F9C1" w14:textId="77777777" w:rsidTr="200BE2AF">
        <w:tc>
          <w:tcPr>
            <w:tcW w:w="1939" w:type="dxa"/>
          </w:tcPr>
          <w:p w14:paraId="34BFBE9D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Patalpų / technikos nuoma</w:t>
            </w:r>
          </w:p>
        </w:tc>
        <w:tc>
          <w:tcPr>
            <w:tcW w:w="1939" w:type="dxa"/>
          </w:tcPr>
          <w:p w14:paraId="3B005A3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791A6E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9BCCB3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ACD4BB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0DE3E3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905875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50FE78A7" w14:textId="77777777" w:rsidTr="200BE2AF">
        <w:tc>
          <w:tcPr>
            <w:tcW w:w="1939" w:type="dxa"/>
          </w:tcPr>
          <w:p w14:paraId="6FEB698E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Techninės / organizavimo paslaugos</w:t>
            </w:r>
          </w:p>
        </w:tc>
        <w:tc>
          <w:tcPr>
            <w:tcW w:w="1939" w:type="dxa"/>
          </w:tcPr>
          <w:p w14:paraId="353D63F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F30226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4A42A3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8F59D8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1A8704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5E8046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2D17F4D" w14:textId="77777777" w:rsidTr="200BE2AF">
        <w:tc>
          <w:tcPr>
            <w:tcW w:w="1939" w:type="dxa"/>
          </w:tcPr>
          <w:p w14:paraId="4D677B34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Komunikacija ir viešinimas</w:t>
            </w:r>
          </w:p>
        </w:tc>
        <w:tc>
          <w:tcPr>
            <w:tcW w:w="1939" w:type="dxa"/>
          </w:tcPr>
          <w:p w14:paraId="15EE603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4EF090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1396D7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328481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B6365F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F4C728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CF2A9C" w14:paraId="03B0BD59" w14:textId="77777777" w:rsidTr="200BE2AF">
        <w:tc>
          <w:tcPr>
            <w:tcW w:w="1939" w:type="dxa"/>
          </w:tcPr>
          <w:p w14:paraId="7A0D8EE7" w14:textId="77777777" w:rsidR="008C09EB" w:rsidRPr="00CF2A9C" w:rsidRDefault="00122EC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F2A9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Draudimas / transportavimas / kitos tiesioginės išlaidos</w:t>
            </w:r>
          </w:p>
        </w:tc>
        <w:tc>
          <w:tcPr>
            <w:tcW w:w="1939" w:type="dxa"/>
          </w:tcPr>
          <w:p w14:paraId="75301D44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51DFA287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0B6AF362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21079E04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3C45C7C2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5C0D422E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8C09EB" w:rsidRPr="00303873" w14:paraId="0BB113F2" w14:textId="77777777" w:rsidTr="200BE2AF">
        <w:tc>
          <w:tcPr>
            <w:tcW w:w="1939" w:type="dxa"/>
          </w:tcPr>
          <w:p w14:paraId="2E5CC29E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Administravimo / nenumatytos išlaidos</w:t>
            </w:r>
          </w:p>
        </w:tc>
        <w:tc>
          <w:tcPr>
            <w:tcW w:w="1939" w:type="dxa"/>
          </w:tcPr>
          <w:p w14:paraId="37A3059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41A0B5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6318C6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5E5158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078A80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FD3CEC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3D61E62" w14:textId="77777777" w:rsidTr="200BE2AF">
        <w:tc>
          <w:tcPr>
            <w:tcW w:w="1939" w:type="dxa"/>
          </w:tcPr>
          <w:p w14:paraId="2356E85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</w:p>
        </w:tc>
        <w:tc>
          <w:tcPr>
            <w:tcW w:w="1939" w:type="dxa"/>
          </w:tcPr>
          <w:p w14:paraId="581CC2C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26A00D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7AF5E8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DC9FE6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9320A2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FBBD48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B17C4DA" w14:textId="77777777" w:rsidTr="200BE2AF">
        <w:tc>
          <w:tcPr>
            <w:tcW w:w="1939" w:type="dxa"/>
          </w:tcPr>
          <w:p w14:paraId="0858646E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1939" w:type="dxa"/>
          </w:tcPr>
          <w:p w14:paraId="421186B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56AABA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848A30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5A215B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627B15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BCC63A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E7A81A" w14:textId="77777777" w:rsidR="008C09EB" w:rsidRPr="00CF2A9C" w:rsidRDefault="00122ECD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b/>
          <w:sz w:val="24"/>
          <w:szCs w:val="24"/>
          <w:lang w:val="pt-BR"/>
        </w:rPr>
        <w:t>2. IŠLAIDŲ PAGRINDIMO IR APMOKĖJIMO DOKUMENTŲ SĄRAŠAS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0"/>
        <w:gridCol w:w="1354"/>
        <w:gridCol w:w="1348"/>
        <w:gridCol w:w="1417"/>
        <w:gridCol w:w="1417"/>
        <w:gridCol w:w="1348"/>
        <w:gridCol w:w="1340"/>
        <w:gridCol w:w="1550"/>
        <w:gridCol w:w="1336"/>
        <w:gridCol w:w="1348"/>
      </w:tblGrid>
      <w:tr w:rsidR="008C09EB" w:rsidRPr="00303873" w14:paraId="6AF90E19" w14:textId="77777777" w:rsidTr="200BE2AF">
        <w:trPr>
          <w:tblHeader/>
        </w:trPr>
        <w:tc>
          <w:tcPr>
            <w:tcW w:w="1357" w:type="dxa"/>
          </w:tcPr>
          <w:p w14:paraId="3728BD2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357" w:type="dxa"/>
          </w:tcPr>
          <w:p w14:paraId="30EDFEA7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Išlaidų kategorija</w:t>
            </w:r>
          </w:p>
        </w:tc>
        <w:tc>
          <w:tcPr>
            <w:tcW w:w="1357" w:type="dxa"/>
          </w:tcPr>
          <w:p w14:paraId="354F12F4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Tiekėjas / gavėjas</w:t>
            </w:r>
          </w:p>
        </w:tc>
        <w:tc>
          <w:tcPr>
            <w:tcW w:w="1357" w:type="dxa"/>
          </w:tcPr>
          <w:p w14:paraId="3596DCA7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Dokumento Nr.</w:t>
            </w:r>
          </w:p>
        </w:tc>
        <w:tc>
          <w:tcPr>
            <w:tcW w:w="1357" w:type="dxa"/>
          </w:tcPr>
          <w:p w14:paraId="779BCD7A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Dokumento data</w:t>
            </w:r>
          </w:p>
        </w:tc>
        <w:tc>
          <w:tcPr>
            <w:tcW w:w="1357" w:type="dxa"/>
          </w:tcPr>
          <w:p w14:paraId="2F26C738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Išlaidos paskirtis</w:t>
            </w:r>
          </w:p>
        </w:tc>
        <w:tc>
          <w:tcPr>
            <w:tcW w:w="1357" w:type="dxa"/>
          </w:tcPr>
          <w:p w14:paraId="7DB57998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Suma, Eur</w:t>
            </w:r>
          </w:p>
        </w:tc>
        <w:tc>
          <w:tcPr>
            <w:tcW w:w="1357" w:type="dxa"/>
          </w:tcPr>
          <w:p w14:paraId="3606BCA6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Apmokėjimo data</w:t>
            </w:r>
          </w:p>
        </w:tc>
        <w:tc>
          <w:tcPr>
            <w:tcW w:w="1357" w:type="dxa"/>
          </w:tcPr>
          <w:p w14:paraId="3B7FECA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LKC lėšos, Eur</w:t>
            </w:r>
          </w:p>
        </w:tc>
        <w:tc>
          <w:tcPr>
            <w:tcW w:w="1357" w:type="dxa"/>
          </w:tcPr>
          <w:p w14:paraId="35A73716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Kiti šaltiniai, Eur</w:t>
            </w:r>
          </w:p>
        </w:tc>
      </w:tr>
      <w:tr w:rsidR="008C09EB" w:rsidRPr="00303873" w14:paraId="7AF60D9D" w14:textId="77777777" w:rsidTr="200BE2AF">
        <w:tc>
          <w:tcPr>
            <w:tcW w:w="1357" w:type="dxa"/>
          </w:tcPr>
          <w:p w14:paraId="6F9EBD61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37D42C7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1B9F52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5FE5D3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A4AD97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485F6A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253927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B26FBD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197E5F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B5EB29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27BC86D8" w14:textId="77777777" w:rsidTr="200BE2AF">
        <w:tc>
          <w:tcPr>
            <w:tcW w:w="1357" w:type="dxa"/>
          </w:tcPr>
          <w:p w14:paraId="4C753A3E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4848404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6D5CE6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35B7E7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80F4E2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E37285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51314C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80FFBB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8387FE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A8EEA3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577271A3" w14:textId="77777777" w:rsidTr="200BE2AF">
        <w:tc>
          <w:tcPr>
            <w:tcW w:w="1357" w:type="dxa"/>
          </w:tcPr>
          <w:p w14:paraId="068DC2CC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7" w:type="dxa"/>
          </w:tcPr>
          <w:p w14:paraId="0776B3A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FD7A3B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EB0F30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568597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F3C0E3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DFAC08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7B8E5B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B5276A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59F9DB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28C5584" w14:textId="77777777" w:rsidTr="200BE2AF">
        <w:tc>
          <w:tcPr>
            <w:tcW w:w="1357" w:type="dxa"/>
          </w:tcPr>
          <w:p w14:paraId="5C7E533A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7" w:type="dxa"/>
          </w:tcPr>
          <w:p w14:paraId="754BD02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87E551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1925DC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7250EE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3B8E1A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6B5663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81EF55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6B6EEA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2EDA97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581FF9F2" w14:textId="77777777" w:rsidTr="200BE2AF">
        <w:tc>
          <w:tcPr>
            <w:tcW w:w="1357" w:type="dxa"/>
          </w:tcPr>
          <w:p w14:paraId="5CB95D67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7" w:type="dxa"/>
          </w:tcPr>
          <w:p w14:paraId="4E4117F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240CCD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AFE84A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134F2B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750E2F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51F572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E5F229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2BF209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9525F5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6C0A7EAB" w14:textId="77777777" w:rsidTr="200BE2AF">
        <w:tc>
          <w:tcPr>
            <w:tcW w:w="1357" w:type="dxa"/>
          </w:tcPr>
          <w:p w14:paraId="5DC4B059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7" w:type="dxa"/>
          </w:tcPr>
          <w:p w14:paraId="5DAE34B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F28A63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57DA17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FA8141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E17A99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CD213F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255E72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491314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11BA15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3CBFBB26" w14:textId="77777777" w:rsidTr="200BE2AF">
        <w:tc>
          <w:tcPr>
            <w:tcW w:w="1357" w:type="dxa"/>
          </w:tcPr>
          <w:p w14:paraId="69AA590F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7" w:type="dxa"/>
          </w:tcPr>
          <w:p w14:paraId="472786D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26DB42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5A4731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0E0F58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139102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52D20D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F51204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6505E0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432D26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38E30B6" w14:textId="77777777" w:rsidTr="200BE2AF">
        <w:tc>
          <w:tcPr>
            <w:tcW w:w="1357" w:type="dxa"/>
          </w:tcPr>
          <w:p w14:paraId="227B7DF1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7" w:type="dxa"/>
          </w:tcPr>
          <w:p w14:paraId="769B57E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088DC9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D8451D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843B68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8BD958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C1E695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5BCB7E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3E8E03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7EE145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3CB40028" w14:textId="77777777" w:rsidTr="200BE2AF">
        <w:tc>
          <w:tcPr>
            <w:tcW w:w="1357" w:type="dxa"/>
          </w:tcPr>
          <w:p w14:paraId="00EF5C1C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7" w:type="dxa"/>
          </w:tcPr>
          <w:p w14:paraId="79AD552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9A938E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BF8B2A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EEBC95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697689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9954BB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F868EE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8255BE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C43B64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6E235A6E" w14:textId="77777777" w:rsidTr="200BE2AF">
        <w:tc>
          <w:tcPr>
            <w:tcW w:w="1357" w:type="dxa"/>
          </w:tcPr>
          <w:p w14:paraId="6076D3DF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7" w:type="dxa"/>
          </w:tcPr>
          <w:p w14:paraId="49AB0DF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242C10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5F3E14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816B31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9E25A9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BB9504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F48B6D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39A244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B6F768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14A3277C" w14:textId="77777777" w:rsidTr="200BE2AF">
        <w:tc>
          <w:tcPr>
            <w:tcW w:w="1357" w:type="dxa"/>
          </w:tcPr>
          <w:p w14:paraId="5D51270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7" w:type="dxa"/>
          </w:tcPr>
          <w:p w14:paraId="0D53BF3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0DB823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0202F2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DBDF8E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C03B5C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5615BA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306C12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52CF60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8E7EE0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72297C89" w14:textId="77777777" w:rsidTr="200BE2AF">
        <w:tc>
          <w:tcPr>
            <w:tcW w:w="1357" w:type="dxa"/>
          </w:tcPr>
          <w:p w14:paraId="522E8894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357" w:type="dxa"/>
          </w:tcPr>
          <w:p w14:paraId="5E3A690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1DB6A5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98C363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7307EFC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286D7C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A10942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9118CF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159BAE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A64A56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146E5685" w14:textId="77777777" w:rsidTr="200BE2AF">
        <w:tc>
          <w:tcPr>
            <w:tcW w:w="1357" w:type="dxa"/>
          </w:tcPr>
          <w:p w14:paraId="3C9B8F1A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7" w:type="dxa"/>
          </w:tcPr>
          <w:p w14:paraId="36CDB1B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C266D3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9391E1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F433D6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197805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C23875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A0BC02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FD6ED0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34F4DF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411A010A" w14:textId="77777777" w:rsidTr="200BE2AF">
        <w:tc>
          <w:tcPr>
            <w:tcW w:w="1357" w:type="dxa"/>
          </w:tcPr>
          <w:p w14:paraId="67F9EDB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7" w:type="dxa"/>
          </w:tcPr>
          <w:p w14:paraId="7A21FF5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54E8A3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11974DD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8A5190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0BEEE9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27D44C7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686EFE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51AEA6B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43DC77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7F2BF874" w14:textId="77777777" w:rsidTr="200BE2AF">
        <w:tc>
          <w:tcPr>
            <w:tcW w:w="1357" w:type="dxa"/>
          </w:tcPr>
          <w:p w14:paraId="1DA6AA30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7" w:type="dxa"/>
          </w:tcPr>
          <w:p w14:paraId="1DDBA6D7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E9C50D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DD4F2B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0D6FFDF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1C6EE25F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64EF10B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261B4F1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396767A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14:paraId="4F0147CA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E785CE" w14:textId="77777777" w:rsidR="008C09EB" w:rsidRPr="00303873" w:rsidRDefault="00122EC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303873">
        <w:rPr>
          <w:rFonts w:ascii="Times New Roman" w:hAnsi="Times New Roman" w:cs="Times New Roman"/>
          <w:b/>
          <w:sz w:val="24"/>
          <w:szCs w:val="24"/>
        </w:rPr>
        <w:t>3. FINANSAVIMO ŠALTINIŲ SUVESTINĖ</w:t>
      </w: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3393"/>
        <w:gridCol w:w="3393"/>
        <w:gridCol w:w="3393"/>
        <w:gridCol w:w="3679"/>
      </w:tblGrid>
      <w:tr w:rsidR="008C09EB" w:rsidRPr="00303873" w14:paraId="3A6ED529" w14:textId="77777777" w:rsidTr="200BE2AF">
        <w:tc>
          <w:tcPr>
            <w:tcW w:w="3393" w:type="dxa"/>
          </w:tcPr>
          <w:p w14:paraId="51051FDA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Finansavimo šaltinis</w:t>
            </w:r>
          </w:p>
        </w:tc>
        <w:tc>
          <w:tcPr>
            <w:tcW w:w="3393" w:type="dxa"/>
          </w:tcPr>
          <w:p w14:paraId="4CA3DD3D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Planuota, Eur</w:t>
            </w:r>
          </w:p>
        </w:tc>
        <w:tc>
          <w:tcPr>
            <w:tcW w:w="3393" w:type="dxa"/>
          </w:tcPr>
          <w:p w14:paraId="456B4E58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Faktiškai panaudota, Eur</w:t>
            </w:r>
          </w:p>
        </w:tc>
        <w:tc>
          <w:tcPr>
            <w:tcW w:w="3679" w:type="dxa"/>
          </w:tcPr>
          <w:p w14:paraId="40A95000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</w:p>
        </w:tc>
      </w:tr>
      <w:tr w:rsidR="008C09EB" w:rsidRPr="00303873" w14:paraId="62A632DE" w14:textId="77777777" w:rsidTr="200BE2AF">
        <w:tc>
          <w:tcPr>
            <w:tcW w:w="3393" w:type="dxa"/>
          </w:tcPr>
          <w:p w14:paraId="48F45279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Lietuvos kino centro lėšos</w:t>
            </w:r>
          </w:p>
        </w:tc>
        <w:tc>
          <w:tcPr>
            <w:tcW w:w="3393" w:type="dxa"/>
          </w:tcPr>
          <w:p w14:paraId="600CB7DC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2F64CD6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1DEE866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61645353" w14:textId="77777777" w:rsidTr="200BE2AF">
        <w:tc>
          <w:tcPr>
            <w:tcW w:w="3393" w:type="dxa"/>
          </w:tcPr>
          <w:p w14:paraId="1CFA639D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Projekto vykdytojo lėšos</w:t>
            </w:r>
          </w:p>
        </w:tc>
        <w:tc>
          <w:tcPr>
            <w:tcW w:w="3393" w:type="dxa"/>
          </w:tcPr>
          <w:p w14:paraId="4CCC464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3B07C7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34A2B77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744C15CF" w14:textId="77777777" w:rsidTr="200BE2AF">
        <w:tc>
          <w:tcPr>
            <w:tcW w:w="3393" w:type="dxa"/>
          </w:tcPr>
          <w:p w14:paraId="60DD78DB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Partnerio (-ių) lėšos</w:t>
            </w:r>
          </w:p>
        </w:tc>
        <w:tc>
          <w:tcPr>
            <w:tcW w:w="3393" w:type="dxa"/>
          </w:tcPr>
          <w:p w14:paraId="2B72645E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E8138D2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1E6DC5D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55327ED2" w14:textId="77777777" w:rsidTr="200BE2AF">
        <w:tc>
          <w:tcPr>
            <w:tcW w:w="3393" w:type="dxa"/>
          </w:tcPr>
          <w:p w14:paraId="25ED8955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Kiti šaltiniai</w:t>
            </w:r>
          </w:p>
        </w:tc>
        <w:tc>
          <w:tcPr>
            <w:tcW w:w="3393" w:type="dxa"/>
          </w:tcPr>
          <w:p w14:paraId="24BA415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1869A10B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2753CED5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6FDDBA4E" w14:textId="77777777" w:rsidTr="200BE2AF">
        <w:tc>
          <w:tcPr>
            <w:tcW w:w="3393" w:type="dxa"/>
          </w:tcPr>
          <w:p w14:paraId="0D381609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3393" w:type="dxa"/>
          </w:tcPr>
          <w:p w14:paraId="3BB1FF4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369B46D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7DF9B690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413640" w14:textId="77777777" w:rsidR="008C09EB" w:rsidRPr="00303873" w:rsidRDefault="00122EC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303873">
        <w:rPr>
          <w:rFonts w:ascii="Times New Roman" w:hAnsi="Times New Roman" w:cs="Times New Roman"/>
          <w:b/>
          <w:sz w:val="24"/>
          <w:szCs w:val="24"/>
        </w:rPr>
        <w:t>4. NEPANAUDOTOS / GRĄŽINTINOS LĖŠOS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9639"/>
      </w:tblGrid>
      <w:tr w:rsidR="008C09EB" w:rsidRPr="00CF2A9C" w14:paraId="3C9060EF" w14:textId="77777777" w:rsidTr="200BE2AF">
        <w:trPr>
          <w:jc w:val="center"/>
        </w:trPr>
        <w:tc>
          <w:tcPr>
            <w:tcW w:w="3969" w:type="dxa"/>
            <w:vAlign w:val="center"/>
          </w:tcPr>
          <w:p w14:paraId="68CB0F16" w14:textId="77777777" w:rsidR="008C09EB" w:rsidRPr="00CF2A9C" w:rsidRDefault="00122EC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F2A9C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Nepanaudota LKC lėšų suma, Eur</w:t>
            </w:r>
          </w:p>
        </w:tc>
        <w:tc>
          <w:tcPr>
            <w:tcW w:w="9639" w:type="dxa"/>
          </w:tcPr>
          <w:p w14:paraId="510EB707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8C09EB" w:rsidRPr="00303873" w14:paraId="190FD14D" w14:textId="77777777" w:rsidTr="200BE2AF">
        <w:trPr>
          <w:jc w:val="center"/>
        </w:trPr>
        <w:tc>
          <w:tcPr>
            <w:tcW w:w="3969" w:type="dxa"/>
            <w:vAlign w:val="center"/>
          </w:tcPr>
          <w:p w14:paraId="09E37F0E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Grąžinta LKC suma, Eur</w:t>
            </w:r>
          </w:p>
        </w:tc>
        <w:tc>
          <w:tcPr>
            <w:tcW w:w="9639" w:type="dxa"/>
          </w:tcPr>
          <w:p w14:paraId="778DE17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F067DAC" w14:textId="77777777" w:rsidTr="200BE2AF">
        <w:trPr>
          <w:jc w:val="center"/>
        </w:trPr>
        <w:tc>
          <w:tcPr>
            <w:tcW w:w="3969" w:type="dxa"/>
            <w:vAlign w:val="center"/>
          </w:tcPr>
          <w:p w14:paraId="0EDD31A5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Grąžinimo data</w:t>
            </w:r>
          </w:p>
        </w:tc>
        <w:tc>
          <w:tcPr>
            <w:tcW w:w="9639" w:type="dxa"/>
          </w:tcPr>
          <w:p w14:paraId="56C64308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3ECBCC7D" w14:textId="77777777" w:rsidTr="200BE2AF">
        <w:trPr>
          <w:jc w:val="center"/>
        </w:trPr>
        <w:tc>
          <w:tcPr>
            <w:tcW w:w="3969" w:type="dxa"/>
            <w:vAlign w:val="center"/>
          </w:tcPr>
          <w:p w14:paraId="070FFB51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Paaiškinimas (jeigu taikoma)</w:t>
            </w:r>
          </w:p>
        </w:tc>
        <w:tc>
          <w:tcPr>
            <w:tcW w:w="9639" w:type="dxa"/>
          </w:tcPr>
          <w:p w14:paraId="0B28FF03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2B70AC4E" w14:textId="77777777" w:rsidR="008C09EB" w:rsidRPr="00CF2A9C" w:rsidRDefault="00122ECD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CF2A9C">
        <w:rPr>
          <w:rFonts w:ascii="Times New Roman" w:hAnsi="Times New Roman" w:cs="Times New Roman"/>
          <w:b/>
          <w:sz w:val="24"/>
          <w:szCs w:val="24"/>
          <w:lang w:val="pt-BR"/>
        </w:rPr>
        <w:t>5. PAAIŠKINIMAI DĖL NUKRYPIMŲ NUO PATVIRTINTOS SĄMATOS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9639"/>
      </w:tblGrid>
      <w:tr w:rsidR="008C09EB" w:rsidRPr="00303873" w14:paraId="77EE0477" w14:textId="77777777" w:rsidTr="200BE2AF">
        <w:trPr>
          <w:jc w:val="center"/>
        </w:trPr>
        <w:tc>
          <w:tcPr>
            <w:tcW w:w="3969" w:type="dxa"/>
            <w:vAlign w:val="center"/>
          </w:tcPr>
          <w:p w14:paraId="1C8EFE76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Paaiškinimas</w:t>
            </w:r>
          </w:p>
        </w:tc>
        <w:tc>
          <w:tcPr>
            <w:tcW w:w="9639" w:type="dxa"/>
          </w:tcPr>
          <w:p w14:paraId="34C4AB57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87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1BA28254" w14:textId="77777777" w:rsidR="004C7C76" w:rsidRDefault="004C7C76">
      <w:pPr>
        <w:spacing w:before="160" w:after="80"/>
        <w:rPr>
          <w:rFonts w:ascii="Times New Roman" w:hAnsi="Times New Roman" w:cs="Times New Roman"/>
          <w:b/>
          <w:sz w:val="24"/>
          <w:szCs w:val="24"/>
        </w:rPr>
      </w:pPr>
    </w:p>
    <w:p w14:paraId="60C18250" w14:textId="77777777" w:rsidR="004C7C76" w:rsidRDefault="004C7C76">
      <w:pPr>
        <w:spacing w:before="160" w:after="80"/>
        <w:rPr>
          <w:rFonts w:ascii="Times New Roman" w:hAnsi="Times New Roman" w:cs="Times New Roman"/>
          <w:b/>
          <w:sz w:val="24"/>
          <w:szCs w:val="24"/>
        </w:rPr>
      </w:pPr>
    </w:p>
    <w:p w14:paraId="012E3D99" w14:textId="446E911B" w:rsidR="008C09EB" w:rsidRPr="00303873" w:rsidRDefault="00122ECD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303873">
        <w:rPr>
          <w:rFonts w:ascii="Times New Roman" w:hAnsi="Times New Roman" w:cs="Times New Roman"/>
          <w:b/>
          <w:sz w:val="24"/>
          <w:szCs w:val="24"/>
        </w:rPr>
        <w:t>6. PATVIRTINIMAS</w:t>
      </w:r>
    </w:p>
    <w:p w14:paraId="65FDCD81" w14:textId="77777777" w:rsidR="008C09EB" w:rsidRPr="00303873" w:rsidRDefault="00122ECD">
      <w:pPr>
        <w:rPr>
          <w:rFonts w:ascii="Times New Roman" w:hAnsi="Times New Roman" w:cs="Times New Roman"/>
          <w:sz w:val="24"/>
          <w:szCs w:val="24"/>
        </w:rPr>
      </w:pPr>
      <w:r w:rsidRPr="00303873">
        <w:rPr>
          <w:rFonts w:ascii="Times New Roman" w:hAnsi="Times New Roman" w:cs="Times New Roman"/>
          <w:sz w:val="24"/>
          <w:szCs w:val="24"/>
        </w:rPr>
        <w:t>Patvirtinu, kad finansinėje ataskaitoje nurodytos išlaidos yra faktiškai patirtos ir apmokėtos, susijusios su Projekto įgyvendinimu, apskaitytos teisės aktų nustatyta tvarka ir toms pačioms išlaidoms nėra finansuotos iš kitų šaltinių.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9639"/>
      </w:tblGrid>
      <w:tr w:rsidR="008C09EB" w:rsidRPr="00CF2A9C" w14:paraId="71C91B6E" w14:textId="77777777" w:rsidTr="200BE2AF">
        <w:trPr>
          <w:jc w:val="center"/>
        </w:trPr>
        <w:tc>
          <w:tcPr>
            <w:tcW w:w="3969" w:type="dxa"/>
            <w:vAlign w:val="center"/>
          </w:tcPr>
          <w:p w14:paraId="54C1AD2C" w14:textId="77777777" w:rsidR="008C09EB" w:rsidRPr="00CF2A9C" w:rsidRDefault="00122EC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F2A9C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Vadovo / įgalioto asmens vardas, pavardė</w:t>
            </w:r>
          </w:p>
        </w:tc>
        <w:tc>
          <w:tcPr>
            <w:tcW w:w="9639" w:type="dxa"/>
          </w:tcPr>
          <w:p w14:paraId="251D5816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8C09EB" w:rsidRPr="00303873" w14:paraId="5773F203" w14:textId="77777777" w:rsidTr="200BE2AF">
        <w:trPr>
          <w:jc w:val="center"/>
        </w:trPr>
        <w:tc>
          <w:tcPr>
            <w:tcW w:w="3969" w:type="dxa"/>
            <w:vAlign w:val="center"/>
          </w:tcPr>
          <w:p w14:paraId="4B2E4A30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Pareigos</w:t>
            </w:r>
          </w:p>
        </w:tc>
        <w:tc>
          <w:tcPr>
            <w:tcW w:w="9639" w:type="dxa"/>
          </w:tcPr>
          <w:p w14:paraId="49E0FDC3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CF2A9C" w14:paraId="1706ABD8" w14:textId="77777777" w:rsidTr="200BE2AF">
        <w:trPr>
          <w:jc w:val="center"/>
        </w:trPr>
        <w:tc>
          <w:tcPr>
            <w:tcW w:w="3969" w:type="dxa"/>
            <w:vAlign w:val="center"/>
          </w:tcPr>
          <w:p w14:paraId="16184492" w14:textId="77777777" w:rsidR="008C09EB" w:rsidRPr="00CF2A9C" w:rsidRDefault="00122EC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F2A9C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Vyriausiojo buhalterio / finansus tvarkančio asmens vardas, pavardė</w:t>
            </w:r>
          </w:p>
        </w:tc>
        <w:tc>
          <w:tcPr>
            <w:tcW w:w="9639" w:type="dxa"/>
          </w:tcPr>
          <w:p w14:paraId="3C0B4299" w14:textId="77777777" w:rsidR="008C09EB" w:rsidRPr="00CF2A9C" w:rsidRDefault="008C09E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8C09EB" w:rsidRPr="00303873" w14:paraId="56952863" w14:textId="77777777" w:rsidTr="200BE2AF">
        <w:trPr>
          <w:jc w:val="center"/>
        </w:trPr>
        <w:tc>
          <w:tcPr>
            <w:tcW w:w="3969" w:type="dxa"/>
            <w:vAlign w:val="center"/>
          </w:tcPr>
          <w:p w14:paraId="75FB4326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639" w:type="dxa"/>
          </w:tcPr>
          <w:p w14:paraId="434C0629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9EB" w:rsidRPr="00303873" w14:paraId="01B3CF84" w14:textId="77777777" w:rsidTr="200BE2AF">
        <w:trPr>
          <w:jc w:val="center"/>
        </w:trPr>
        <w:tc>
          <w:tcPr>
            <w:tcW w:w="3969" w:type="dxa"/>
            <w:vAlign w:val="center"/>
          </w:tcPr>
          <w:p w14:paraId="333B4179" w14:textId="77777777" w:rsidR="008C09EB" w:rsidRPr="00303873" w:rsidRDefault="00122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873">
              <w:rPr>
                <w:rFonts w:ascii="Times New Roman" w:hAnsi="Times New Roman" w:cs="Times New Roman"/>
                <w:b/>
                <w:sz w:val="24"/>
                <w:szCs w:val="24"/>
              </w:rPr>
              <w:t>Parašas (-ai)</w:t>
            </w:r>
          </w:p>
        </w:tc>
        <w:tc>
          <w:tcPr>
            <w:tcW w:w="9639" w:type="dxa"/>
          </w:tcPr>
          <w:p w14:paraId="034B7AD4" w14:textId="77777777" w:rsidR="008C09EB" w:rsidRPr="00303873" w:rsidRDefault="008C0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290A81" w14:textId="3B6AA584" w:rsidR="00122ECD" w:rsidRPr="00303873" w:rsidRDefault="00122ECD"/>
    <w:p w14:paraId="6AAE9201" w14:textId="71D3F35D" w:rsidR="200BE2AF" w:rsidRDefault="200BE2AF" w:rsidP="200BE2AF">
      <w:pPr>
        <w:rPr>
          <w:rFonts w:ascii="Times New Roman" w:hAnsi="Times New Roman" w:cs="Times New Roman"/>
          <w:sz w:val="24"/>
          <w:szCs w:val="24"/>
        </w:rPr>
      </w:pPr>
    </w:p>
    <w:p w14:paraId="4CE7775F" w14:textId="121F8720" w:rsidR="200BE2AF" w:rsidRDefault="200BE2AF" w:rsidP="200BE2AF">
      <w:pPr>
        <w:rPr>
          <w:rFonts w:ascii="Times New Roman" w:hAnsi="Times New Roman" w:cs="Times New Roman"/>
          <w:sz w:val="24"/>
          <w:szCs w:val="24"/>
        </w:rPr>
      </w:pPr>
    </w:p>
    <w:p w14:paraId="287E6DA2" w14:textId="7EA1F287" w:rsidR="5A6E2B88" w:rsidRDefault="5A6E2B88" w:rsidP="00CF2A9C">
      <w:pPr>
        <w:ind w:left="3600" w:firstLine="720"/>
      </w:pPr>
      <w:r w:rsidRPr="200BE2AF">
        <w:rPr>
          <w:rFonts w:ascii="Times New Roman" w:hAnsi="Times New Roman" w:cs="Times New Roman"/>
          <w:sz w:val="24"/>
          <w:szCs w:val="24"/>
        </w:rPr>
        <w:t>____________________________</w:t>
      </w:r>
    </w:p>
    <w:sectPr w:rsidR="5A6E2B88" w:rsidSect="00034616">
      <w:footerReference w:type="default" r:id="rId11"/>
      <w:pgSz w:w="15840" w:h="12240" w:orient="landscape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B2A85" w14:textId="77777777" w:rsidR="009D3DBB" w:rsidRDefault="009D3DBB">
      <w:pPr>
        <w:spacing w:after="0" w:line="240" w:lineRule="auto"/>
      </w:pPr>
      <w:r>
        <w:separator/>
      </w:r>
    </w:p>
  </w:endnote>
  <w:endnote w:type="continuationSeparator" w:id="0">
    <w:p w14:paraId="4DC95F86" w14:textId="77777777" w:rsidR="009D3DBB" w:rsidRDefault="009D3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7695A" w14:textId="4BE5B7A2" w:rsidR="008C09EB" w:rsidRDefault="008C09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D0D32" w14:textId="77777777" w:rsidR="009D3DBB" w:rsidRDefault="009D3DBB">
      <w:pPr>
        <w:spacing w:after="0" w:line="240" w:lineRule="auto"/>
      </w:pPr>
      <w:r>
        <w:separator/>
      </w:r>
    </w:p>
  </w:footnote>
  <w:footnote w:type="continuationSeparator" w:id="0">
    <w:p w14:paraId="1D9F5B02" w14:textId="77777777" w:rsidR="009D3DBB" w:rsidRDefault="009D3D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243EAF"/>
    <w:multiLevelType w:val="hybridMultilevel"/>
    <w:tmpl w:val="0F3E0474"/>
    <w:lvl w:ilvl="0" w:tplc="9A287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64253619">
    <w:abstractNumId w:val="8"/>
  </w:num>
  <w:num w:numId="2" w16cid:durableId="374620364">
    <w:abstractNumId w:val="6"/>
  </w:num>
  <w:num w:numId="3" w16cid:durableId="736316528">
    <w:abstractNumId w:val="5"/>
  </w:num>
  <w:num w:numId="4" w16cid:durableId="2114737214">
    <w:abstractNumId w:val="4"/>
  </w:num>
  <w:num w:numId="5" w16cid:durableId="558906932">
    <w:abstractNumId w:val="7"/>
  </w:num>
  <w:num w:numId="6" w16cid:durableId="1232539921">
    <w:abstractNumId w:val="3"/>
  </w:num>
  <w:num w:numId="7" w16cid:durableId="2089694458">
    <w:abstractNumId w:val="2"/>
  </w:num>
  <w:num w:numId="8" w16cid:durableId="672072232">
    <w:abstractNumId w:val="1"/>
  </w:num>
  <w:num w:numId="9" w16cid:durableId="1391729918">
    <w:abstractNumId w:val="0"/>
  </w:num>
  <w:num w:numId="10" w16cid:durableId="761994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2ECD"/>
    <w:rsid w:val="0015074B"/>
    <w:rsid w:val="0029639D"/>
    <w:rsid w:val="00303873"/>
    <w:rsid w:val="00326F90"/>
    <w:rsid w:val="004C7C76"/>
    <w:rsid w:val="004E67F9"/>
    <w:rsid w:val="006A1A17"/>
    <w:rsid w:val="00841B4A"/>
    <w:rsid w:val="00894361"/>
    <w:rsid w:val="008C09EB"/>
    <w:rsid w:val="00931A8B"/>
    <w:rsid w:val="009C5B02"/>
    <w:rsid w:val="009D3DBB"/>
    <w:rsid w:val="00A21C72"/>
    <w:rsid w:val="00AA1D8D"/>
    <w:rsid w:val="00B47730"/>
    <w:rsid w:val="00C42BD1"/>
    <w:rsid w:val="00C6281B"/>
    <w:rsid w:val="00CB0664"/>
    <w:rsid w:val="00CF2A9C"/>
    <w:rsid w:val="00F07EA0"/>
    <w:rsid w:val="00F14F9F"/>
    <w:rsid w:val="00F257FA"/>
    <w:rsid w:val="00F936EC"/>
    <w:rsid w:val="00FC693F"/>
    <w:rsid w:val="09AC7EDA"/>
    <w:rsid w:val="200BE2AF"/>
    <w:rsid w:val="4A56A848"/>
    <w:rsid w:val="5A22AF02"/>
    <w:rsid w:val="5A6E2B88"/>
    <w:rsid w:val="5E6037C1"/>
    <w:rsid w:val="642B36E9"/>
    <w:rsid w:val="6F6F9BBE"/>
    <w:rsid w:val="787B8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011BE11-F7C0-4E24-B7CB-B15D6134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4AB866-5890-477B-B5A4-4A4E946B7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724CD5-9C99-4C46-873F-6D3FF29AEBA3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4.xml><?xml version="1.0" encoding="utf-8"?>
<ds:datastoreItem xmlns:ds="http://schemas.openxmlformats.org/officeDocument/2006/customXml" ds:itemID="{D5B6AA27-A857-413F-A34F-4A0AE05DCD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1468</Words>
  <Characters>838</Characters>
  <Application>Microsoft Office Word</Application>
  <DocSecurity>0</DocSecurity>
  <Lines>6</Lines>
  <Paragraphs>4</Paragraphs>
  <ScaleCrop>false</ScaleCrop>
  <Manager/>
  <Company/>
  <LinksUpToDate>false</LinksUpToDate>
  <CharactersWithSpaces>2302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11</cp:revision>
  <dcterms:created xsi:type="dcterms:W3CDTF">2013-12-23T23:15:00Z</dcterms:created>
  <dcterms:modified xsi:type="dcterms:W3CDTF">2026-10-02T12:32:00Z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